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5BC0" w14:textId="77777777" w:rsidR="00C50CD8" w:rsidRPr="004E41AF" w:rsidRDefault="00C50CD8" w:rsidP="00C50CD8">
      <w:pPr>
        <w:pBdr>
          <w:bottom w:val="single" w:sz="12" w:space="1" w:color="auto"/>
        </w:pBdr>
        <w:jc w:val="center"/>
        <w:rPr>
          <w:rFonts w:ascii="Maiandra GD" w:hAnsi="Maiandra GD"/>
          <w:b/>
          <w:bCs/>
          <w:color w:val="17365D" w:themeColor="text2" w:themeShade="BF"/>
          <w:sz w:val="32"/>
          <w:szCs w:val="32"/>
        </w:rPr>
      </w:pPr>
      <w:r w:rsidRPr="004E41AF">
        <w:rPr>
          <w:rFonts w:ascii="Maiandra GD" w:hAnsi="Maiandra GD"/>
          <w:b/>
          <w:bCs/>
          <w:color w:val="17365D" w:themeColor="text2" w:themeShade="BF"/>
          <w:sz w:val="32"/>
          <w:szCs w:val="32"/>
        </w:rPr>
        <w:t>BREAKOUT SESSION MODERATOR GUIDE</w:t>
      </w:r>
    </w:p>
    <w:p w14:paraId="4B0BAAEB" w14:textId="77777777" w:rsidR="00C50CD8" w:rsidRPr="00F256A3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F256A3">
        <w:rPr>
          <w:rFonts w:ascii="Maiandra GD" w:hAnsi="Maiandra GD" w:cs="Times New Roman"/>
          <w:sz w:val="24"/>
          <w:szCs w:val="24"/>
        </w:rPr>
        <w:t>Session: Theme</w:t>
      </w:r>
      <w:r>
        <w:rPr>
          <w:rFonts w:ascii="Maiandra GD" w:hAnsi="Maiandra GD" w:cs="Times New Roman"/>
          <w:sz w:val="24"/>
          <w:szCs w:val="24"/>
        </w:rPr>
        <w:t xml:space="preserve"> </w:t>
      </w:r>
      <w:r w:rsidRPr="00F72E5B">
        <w:rPr>
          <w:rFonts w:ascii="Maiandra GD" w:hAnsi="Maiandra GD" w:cs="Times New Roman"/>
          <w:b/>
          <w:bCs/>
          <w:sz w:val="24"/>
          <w:szCs w:val="24"/>
        </w:rPr>
        <w:t>6</w:t>
      </w:r>
      <w:r w:rsidRPr="00F256A3">
        <w:rPr>
          <w:rFonts w:ascii="Maiandra GD" w:hAnsi="Maiandra GD" w:cs="Times New Roman"/>
          <w:sz w:val="24"/>
          <w:szCs w:val="24"/>
        </w:rPr>
        <w:t xml:space="preserve">: </w:t>
      </w:r>
      <w:r w:rsidRPr="001161BD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Quality Assurance and Relevance</w:t>
      </w:r>
    </w:p>
    <w:p w14:paraId="19A8CEDE" w14:textId="77777777" w:rsidR="00C50CD8" w:rsidRPr="007C2A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 xml:space="preserve">Breakout Room </w:t>
      </w:r>
      <w:r>
        <w:rPr>
          <w:rFonts w:ascii="Maiandra GD" w:hAnsi="Maiandra GD" w:cs="Times New Roman"/>
          <w:b/>
          <w:bCs/>
          <w:sz w:val="24"/>
          <w:szCs w:val="24"/>
        </w:rPr>
        <w:t>4</w:t>
      </w:r>
      <w:r>
        <w:rPr>
          <w:rFonts w:ascii="Maiandra GD" w:hAnsi="Maiandra GD" w:cs="Times New Roman"/>
          <w:sz w:val="24"/>
          <w:szCs w:val="24"/>
        </w:rPr>
        <w:t xml:space="preserve">: </w:t>
      </w:r>
      <w:r>
        <w:rPr>
          <w:rFonts w:ascii="Maiandra GD" w:hAnsi="Maiandra GD" w:cs="Times New Roman"/>
          <w:b/>
          <w:bCs/>
          <w:sz w:val="24"/>
          <w:szCs w:val="24"/>
        </w:rPr>
        <w:t>Eagles</w:t>
      </w:r>
    </w:p>
    <w:p w14:paraId="7C14D7C9" w14:textId="77777777" w:rsidR="00C50CD8" w:rsidRPr="007C2A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Time: </w:t>
      </w:r>
      <w:r>
        <w:rPr>
          <w:rFonts w:ascii="Maiandra GD" w:hAnsi="Maiandra GD" w:cs="Times New Roman"/>
          <w:sz w:val="24"/>
          <w:szCs w:val="24"/>
        </w:rPr>
        <w:t>11</w:t>
      </w:r>
      <w:r w:rsidRPr="007C2A9D">
        <w:rPr>
          <w:rFonts w:ascii="Maiandra GD" w:hAnsi="Maiandra GD" w:cs="Times New Roman"/>
          <w:sz w:val="24"/>
          <w:szCs w:val="24"/>
        </w:rPr>
        <w:t xml:space="preserve">:00 </w:t>
      </w:r>
      <w:r>
        <w:rPr>
          <w:rFonts w:ascii="Maiandra GD" w:hAnsi="Maiandra GD" w:cs="Times New Roman"/>
          <w:sz w:val="24"/>
          <w:szCs w:val="24"/>
        </w:rPr>
        <w:t>A</w:t>
      </w:r>
      <w:r w:rsidRPr="007C2A9D">
        <w:rPr>
          <w:rFonts w:ascii="Maiandra GD" w:hAnsi="Maiandra GD" w:cs="Times New Roman"/>
          <w:sz w:val="24"/>
          <w:szCs w:val="24"/>
        </w:rPr>
        <w:t xml:space="preserve">M – </w:t>
      </w:r>
      <w:r>
        <w:rPr>
          <w:rFonts w:ascii="Maiandra GD" w:hAnsi="Maiandra GD" w:cs="Times New Roman"/>
          <w:sz w:val="24"/>
          <w:szCs w:val="24"/>
        </w:rPr>
        <w:t>12</w:t>
      </w:r>
      <w:r w:rsidRPr="007C2A9D">
        <w:rPr>
          <w:rFonts w:ascii="Maiandra GD" w:hAnsi="Maiandra GD" w:cs="Times New Roman"/>
          <w:sz w:val="24"/>
          <w:szCs w:val="24"/>
        </w:rPr>
        <w:t>:</w:t>
      </w:r>
      <w:r>
        <w:rPr>
          <w:rFonts w:ascii="Maiandra GD" w:hAnsi="Maiandra GD" w:cs="Times New Roman"/>
          <w:sz w:val="24"/>
          <w:szCs w:val="24"/>
        </w:rPr>
        <w:t>45</w:t>
      </w:r>
      <w:r w:rsidRPr="007C2A9D">
        <w:rPr>
          <w:rFonts w:ascii="Maiandra GD" w:hAnsi="Maiandra GD" w:cs="Times New Roman"/>
          <w:sz w:val="24"/>
          <w:szCs w:val="24"/>
        </w:rPr>
        <w:t xml:space="preserve"> PM (1</w:t>
      </w:r>
      <w:r>
        <w:rPr>
          <w:rFonts w:ascii="Maiandra GD" w:hAnsi="Maiandra GD" w:cs="Times New Roman"/>
          <w:sz w:val="24"/>
          <w:szCs w:val="24"/>
        </w:rPr>
        <w:t>05</w:t>
      </w:r>
      <w:r w:rsidRPr="007C2A9D">
        <w:rPr>
          <w:rFonts w:ascii="Maiandra GD" w:hAnsi="Maiandra GD" w:cs="Times New Roman"/>
          <w:sz w:val="24"/>
          <w:szCs w:val="24"/>
        </w:rPr>
        <w:t xml:space="preserve"> minutes)</w:t>
      </w:r>
    </w:p>
    <w:p w14:paraId="46A7429D" w14:textId="77777777" w:rsidR="00C50CD8" w:rsidRPr="007C2A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Structure: Opening, Presentations, Q&amp;A, Closing</w:t>
      </w:r>
    </w:p>
    <w:p w14:paraId="19B35FF9" w14:textId="77777777" w:rsidR="00C50CD8" w:rsidRPr="006C6BA5" w:rsidRDefault="00C50CD8" w:rsidP="00C50CD8">
      <w:pPr>
        <w:pStyle w:val="Heading1"/>
        <w:spacing w:after="240" w:line="24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Time Allocation Schedule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7"/>
        <w:gridCol w:w="4140"/>
        <w:gridCol w:w="3870"/>
      </w:tblGrid>
      <w:tr w:rsidR="00C50CD8" w:rsidRPr="007C2A9D" w14:paraId="540AD4AA" w14:textId="77777777" w:rsidTr="000F369C">
        <w:trPr>
          <w:trHeight w:val="332"/>
        </w:trPr>
        <w:tc>
          <w:tcPr>
            <w:tcW w:w="1417" w:type="dxa"/>
            <w:shd w:val="clear" w:color="auto" w:fill="FABF8F" w:themeFill="accent6" w:themeFillTint="99"/>
          </w:tcPr>
          <w:p w14:paraId="11758C41" w14:textId="77777777" w:rsidR="00C50CD8" w:rsidRPr="006C6BA5" w:rsidRDefault="00C50CD8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Serial No.</w:t>
            </w:r>
          </w:p>
        </w:tc>
        <w:tc>
          <w:tcPr>
            <w:tcW w:w="4140" w:type="dxa"/>
            <w:shd w:val="clear" w:color="auto" w:fill="FABF8F" w:themeFill="accent6" w:themeFillTint="99"/>
          </w:tcPr>
          <w:p w14:paraId="65926750" w14:textId="77777777" w:rsidR="00C50CD8" w:rsidRPr="006C6BA5" w:rsidRDefault="00C50CD8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Session Item</w:t>
            </w:r>
          </w:p>
        </w:tc>
        <w:tc>
          <w:tcPr>
            <w:tcW w:w="3870" w:type="dxa"/>
            <w:shd w:val="clear" w:color="auto" w:fill="FABF8F" w:themeFill="accent6" w:themeFillTint="99"/>
          </w:tcPr>
          <w:p w14:paraId="3C924FC4" w14:textId="77777777" w:rsidR="00C50CD8" w:rsidRPr="006C6BA5" w:rsidRDefault="00C50CD8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Time [In Minutes]</w:t>
            </w:r>
          </w:p>
        </w:tc>
      </w:tr>
      <w:tr w:rsidR="00C50CD8" w:rsidRPr="007C2A9D" w14:paraId="1D10F58E" w14:textId="77777777" w:rsidTr="000F369C">
        <w:tc>
          <w:tcPr>
            <w:tcW w:w="1417" w:type="dxa"/>
          </w:tcPr>
          <w:p w14:paraId="3E8D5C05" w14:textId="77777777" w:rsidR="00C50CD8" w:rsidRPr="007C2A9D" w:rsidRDefault="00C50CD8" w:rsidP="000F36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140" w:type="dxa"/>
          </w:tcPr>
          <w:p w14:paraId="500FF29F" w14:textId="77777777" w:rsidR="00C50CD8" w:rsidRPr="007C2A9D" w:rsidRDefault="00C50CD8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 w:cs="Times New Roman"/>
                <w:sz w:val="24"/>
                <w:szCs w:val="24"/>
              </w:rPr>
              <w:t xml:space="preserve">Opening &amp; Framing </w:t>
            </w:r>
          </w:p>
        </w:tc>
        <w:tc>
          <w:tcPr>
            <w:tcW w:w="3870" w:type="dxa"/>
          </w:tcPr>
          <w:p w14:paraId="0EDBB08E" w14:textId="77777777" w:rsidR="00C50CD8" w:rsidRPr="007C2A9D" w:rsidRDefault="00C50CD8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6 Mins</w:t>
            </w:r>
          </w:p>
        </w:tc>
      </w:tr>
      <w:tr w:rsidR="00C50CD8" w:rsidRPr="007C2A9D" w14:paraId="33AD6E6C" w14:textId="77777777" w:rsidTr="000F369C">
        <w:tc>
          <w:tcPr>
            <w:tcW w:w="1417" w:type="dxa"/>
          </w:tcPr>
          <w:p w14:paraId="2EA90461" w14:textId="77777777" w:rsidR="00C50CD8" w:rsidRPr="007C2A9D" w:rsidRDefault="00C50CD8" w:rsidP="000F36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519D522" w14:textId="77777777" w:rsidR="00C50CD8" w:rsidRPr="00FE7273" w:rsidRDefault="00C50CD8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Presentations [6 @ </w:t>
            </w:r>
            <w:r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>8</w:t>
            </w:r>
            <w:r w:rsidRPr="00FE7273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 mins]</w:t>
            </w:r>
          </w:p>
        </w:tc>
        <w:tc>
          <w:tcPr>
            <w:tcW w:w="3870" w:type="dxa"/>
          </w:tcPr>
          <w:p w14:paraId="6B122F4C" w14:textId="77777777" w:rsidR="00C50CD8" w:rsidRPr="00FE7273" w:rsidRDefault="00C50CD8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>
              <w:rPr>
                <w:rFonts w:ascii="Maiandra GD" w:hAnsi="Maiandra GD"/>
                <w:color w:val="000000" w:themeColor="text1"/>
                <w:sz w:val="24"/>
                <w:szCs w:val="24"/>
              </w:rPr>
              <w:t>4</w:t>
            </w:r>
            <w:r w:rsidRPr="00FE7273">
              <w:rPr>
                <w:rFonts w:ascii="Maiandra GD" w:hAnsi="Maiandra GD"/>
                <w:color w:val="000000" w:themeColor="text1"/>
                <w:sz w:val="24"/>
                <w:szCs w:val="24"/>
              </w:rPr>
              <w:t xml:space="preserve">8 Mins </w:t>
            </w:r>
          </w:p>
        </w:tc>
      </w:tr>
      <w:tr w:rsidR="00C50CD8" w:rsidRPr="007C2A9D" w14:paraId="7AAE1575" w14:textId="77777777" w:rsidTr="000F369C">
        <w:tc>
          <w:tcPr>
            <w:tcW w:w="1417" w:type="dxa"/>
          </w:tcPr>
          <w:p w14:paraId="1F71E9CC" w14:textId="77777777" w:rsidR="00C50CD8" w:rsidRPr="007C2A9D" w:rsidRDefault="00C50CD8" w:rsidP="000F36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022F24D" w14:textId="77777777" w:rsidR="00C50CD8" w:rsidRPr="00FE7273" w:rsidRDefault="00C50CD8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Q&amp;A Session  </w:t>
            </w:r>
          </w:p>
        </w:tc>
        <w:tc>
          <w:tcPr>
            <w:tcW w:w="3870" w:type="dxa"/>
          </w:tcPr>
          <w:p w14:paraId="07B660D9" w14:textId="77777777" w:rsidR="00C50CD8" w:rsidRPr="00FE7273" w:rsidRDefault="00C50CD8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>
              <w:rPr>
                <w:rFonts w:ascii="Maiandra GD" w:hAnsi="Maiandra GD"/>
                <w:color w:val="000000" w:themeColor="text1"/>
                <w:sz w:val="24"/>
                <w:szCs w:val="24"/>
              </w:rPr>
              <w:t>45</w:t>
            </w:r>
            <w:r w:rsidRPr="00FE7273">
              <w:rPr>
                <w:rFonts w:ascii="Maiandra GD" w:hAnsi="Maiandra GD"/>
                <w:color w:val="000000" w:themeColor="text1"/>
                <w:sz w:val="24"/>
                <w:szCs w:val="24"/>
              </w:rPr>
              <w:t xml:space="preserve"> Mins</w:t>
            </w:r>
          </w:p>
        </w:tc>
      </w:tr>
      <w:tr w:rsidR="00C50CD8" w:rsidRPr="007C2A9D" w14:paraId="71BDF852" w14:textId="77777777" w:rsidTr="000F369C">
        <w:trPr>
          <w:trHeight w:val="242"/>
        </w:trPr>
        <w:tc>
          <w:tcPr>
            <w:tcW w:w="1417" w:type="dxa"/>
          </w:tcPr>
          <w:p w14:paraId="037A254A" w14:textId="77777777" w:rsidR="00C50CD8" w:rsidRPr="007C2A9D" w:rsidRDefault="00C50CD8" w:rsidP="000F36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FF53E0D" w14:textId="77777777" w:rsidR="00C50CD8" w:rsidRPr="00FE7273" w:rsidRDefault="00C50CD8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hAnsi="Maiandra GD" w:cs="Times New Roman"/>
                <w:color w:val="000000" w:themeColor="text1"/>
                <w:sz w:val="24"/>
                <w:szCs w:val="24"/>
              </w:rPr>
              <w:t xml:space="preserve">Closing Remarks  </w:t>
            </w:r>
          </w:p>
        </w:tc>
        <w:tc>
          <w:tcPr>
            <w:tcW w:w="3870" w:type="dxa"/>
          </w:tcPr>
          <w:p w14:paraId="7E5A856F" w14:textId="77777777" w:rsidR="00C50CD8" w:rsidRPr="00FE7273" w:rsidRDefault="00C50CD8" w:rsidP="000F369C">
            <w:pPr>
              <w:spacing w:line="360" w:lineRule="auto"/>
              <w:rPr>
                <w:rFonts w:ascii="Maiandra GD" w:hAnsi="Maiandra GD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hAnsi="Maiandra GD"/>
                <w:color w:val="000000" w:themeColor="text1"/>
                <w:sz w:val="24"/>
                <w:szCs w:val="24"/>
              </w:rPr>
              <w:t>5 Mins</w:t>
            </w:r>
          </w:p>
        </w:tc>
      </w:tr>
      <w:tr w:rsidR="00C50CD8" w:rsidRPr="00D27AD4" w14:paraId="5F8C029F" w14:textId="77777777" w:rsidTr="000F369C">
        <w:tc>
          <w:tcPr>
            <w:tcW w:w="1417" w:type="dxa"/>
          </w:tcPr>
          <w:p w14:paraId="1FEC4B84" w14:textId="77777777" w:rsidR="00C50CD8" w:rsidRPr="00D27AD4" w:rsidRDefault="00C50CD8" w:rsidP="000F369C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4719C5D1" w14:textId="77777777" w:rsidR="00C50CD8" w:rsidRPr="00D27AD4" w:rsidRDefault="00C50CD8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D27AD4">
              <w:rPr>
                <w:rFonts w:ascii="Maiandra GD" w:hAnsi="Maiandra GD" w:cs="Times New Roman"/>
                <w:b/>
                <w:bCs/>
                <w:sz w:val="24"/>
                <w:szCs w:val="24"/>
              </w:rPr>
              <w:t>Total Time</w:t>
            </w:r>
          </w:p>
        </w:tc>
        <w:tc>
          <w:tcPr>
            <w:tcW w:w="3870" w:type="dxa"/>
          </w:tcPr>
          <w:p w14:paraId="42C6CBFA" w14:textId="77777777" w:rsidR="00C50CD8" w:rsidRPr="00D27AD4" w:rsidRDefault="00C50CD8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D27AD4">
              <w:rPr>
                <w:rFonts w:ascii="Maiandra GD" w:hAnsi="Maiandra GD"/>
                <w:b/>
                <w:bCs/>
                <w:sz w:val="24"/>
                <w:szCs w:val="24"/>
              </w:rPr>
              <w:t>1 Hr. 45 Minutes</w:t>
            </w:r>
          </w:p>
        </w:tc>
      </w:tr>
    </w:tbl>
    <w:p w14:paraId="194D6E92" w14:textId="77777777" w:rsidR="00C50CD8" w:rsidRPr="006C6BA5" w:rsidRDefault="00C50CD8" w:rsidP="00C50CD8">
      <w:pPr>
        <w:pStyle w:val="Heading1"/>
        <w:numPr>
          <w:ilvl w:val="0"/>
          <w:numId w:val="14"/>
        </w:numPr>
        <w:spacing w:after="240" w:line="24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Moderator Opening brief and Session Framing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6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4A97A497" w14:textId="77777777" w:rsidR="00C50CD8" w:rsidRPr="00F013AF" w:rsidRDefault="00C50CD8" w:rsidP="00C50CD8">
      <w:pPr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4D376B">
        <w:rPr>
          <w:rFonts w:ascii="Maiandra GD" w:hAnsi="Maiandra GD" w:cs="Times New Roman"/>
          <w:sz w:val="24"/>
          <w:szCs w:val="24"/>
        </w:rPr>
        <w:t xml:space="preserve">Good afternoon, ladies and gentlemen. Welcome to this breakout session of the Inaugural National Qualifications Conference. </w:t>
      </w:r>
      <w:r w:rsidRPr="00C97FB9">
        <w:rPr>
          <w:rFonts w:ascii="Maiandra GD" w:hAnsi="Maiandra GD" w:cs="Times New Roman"/>
          <w:sz w:val="24"/>
          <w:szCs w:val="24"/>
        </w:rPr>
        <w:t xml:space="preserve">My name is </w:t>
      </w:r>
      <w:r w:rsidRPr="000440E1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Prof. Anne Assey</w:t>
      </w:r>
      <w:r w:rsidRPr="000440E1">
        <w:rPr>
          <w:rFonts w:ascii="Maiandra GD" w:hAnsi="Maiandra GD" w:cs="Times New Roman"/>
          <w:color w:val="000000" w:themeColor="text1"/>
          <w:sz w:val="24"/>
          <w:szCs w:val="24"/>
        </w:rPr>
        <w:t xml:space="preserve"> from </w:t>
      </w:r>
      <w:r w:rsidRPr="000440E1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The University of Nairobi</w:t>
      </w:r>
      <w:r w:rsidRPr="000440E1">
        <w:rPr>
          <w:rFonts w:ascii="Maiandra GD" w:hAnsi="Maiandra GD" w:cs="Times New Roman"/>
          <w:color w:val="000000" w:themeColor="text1"/>
          <w:sz w:val="24"/>
          <w:szCs w:val="24"/>
        </w:rPr>
        <w:t xml:space="preserve">, and I am honored to moderate this session </w:t>
      </w:r>
      <w:r w:rsidRPr="004D376B">
        <w:rPr>
          <w:rFonts w:ascii="Maiandra GD" w:hAnsi="Maiandra GD" w:cs="Times New Roman"/>
          <w:sz w:val="24"/>
          <w:szCs w:val="24"/>
        </w:rPr>
        <w:t>focused on the theme</w:t>
      </w:r>
      <w:r>
        <w:rPr>
          <w:rFonts w:ascii="Maiandra GD" w:hAnsi="Maiandra GD" w:cs="Times New Roman"/>
          <w:sz w:val="24"/>
          <w:szCs w:val="24"/>
        </w:rPr>
        <w:t xml:space="preserve">, </w:t>
      </w:r>
      <w:r w:rsidRPr="00B30B14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Quality Assurance and Relevance</w:t>
      </w:r>
      <w:r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.</w:t>
      </w:r>
    </w:p>
    <w:p w14:paraId="36920E9F" w14:textId="77777777" w:rsidR="00C50CD8" w:rsidRPr="007C2A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For this session, I would like us to proceed in a structured and engaging manner to ensure we maximize both learning from the great presentations that will be made and enhanced interactions</w:t>
      </w:r>
      <w:r>
        <w:rPr>
          <w:rFonts w:ascii="Maiandra GD" w:hAnsi="Maiandra GD" w:cs="Times New Roman"/>
          <w:sz w:val="24"/>
          <w:szCs w:val="24"/>
        </w:rPr>
        <w:t xml:space="preserve"> among and between participants, and presenters as well</w:t>
      </w:r>
      <w:r w:rsidRPr="007C2A9D">
        <w:rPr>
          <w:rFonts w:ascii="Maiandra GD" w:hAnsi="Maiandra GD" w:cs="Times New Roman"/>
          <w:sz w:val="24"/>
          <w:szCs w:val="24"/>
        </w:rPr>
        <w:t>.</w:t>
      </w:r>
    </w:p>
    <w:p w14:paraId="1C47B478" w14:textId="5C82E6EC" w:rsidR="00C50CD8" w:rsidRPr="000D45E0" w:rsidRDefault="00C50CD8" w:rsidP="00C50CD8">
      <w:pPr>
        <w:jc w:val="both"/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We will begin with a series of </w:t>
      </w:r>
      <w:r w:rsidRPr="000D45E0">
        <w:rPr>
          <w:rFonts w:ascii="Maiandra GD" w:hAnsi="Maiandra GD" w:cs="Times New Roman"/>
          <w:color w:val="000000" w:themeColor="text1"/>
          <w:sz w:val="24"/>
          <w:szCs w:val="24"/>
        </w:rPr>
        <w:t xml:space="preserve">six (6) abstract presentations aligned to our thematic area. To ensure we maximize our time and leave room for a deep-dive discussion, each presenter will have exactly </w:t>
      </w:r>
      <w:r w:rsidR="000A64B0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8</w:t>
      </w:r>
      <w:r w:rsidRPr="000D45E0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 xml:space="preserve"> minutes</w:t>
      </w:r>
      <w:r w:rsidRPr="000D45E0">
        <w:rPr>
          <w:rFonts w:ascii="Maiandra GD" w:hAnsi="Maiandra GD" w:cs="Times New Roman"/>
          <w:color w:val="000000" w:themeColor="text1"/>
          <w:sz w:val="24"/>
          <w:szCs w:val="24"/>
        </w:rPr>
        <w:t xml:space="preserve"> for their presentation. </w:t>
      </w:r>
      <w:r w:rsidRPr="000D45E0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I will provide a signal when you have two minutes remaining to help us stay on time.</w:t>
      </w:r>
    </w:p>
    <w:p w14:paraId="05E316BF" w14:textId="61C7321F" w:rsidR="00C50CD8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0D45E0">
        <w:rPr>
          <w:rFonts w:ascii="Maiandra GD" w:hAnsi="Maiandra GD" w:cs="Times New Roman"/>
          <w:color w:val="000000" w:themeColor="text1"/>
          <w:sz w:val="24"/>
          <w:szCs w:val="24"/>
        </w:rPr>
        <w:t xml:space="preserve">We will hold all questions until the end of the final presentation to allow for a comprehensive </w:t>
      </w:r>
      <w:r w:rsidR="00897B60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48</w:t>
      </w:r>
      <w:r w:rsidRPr="000D45E0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-minute plenary session.</w:t>
      </w:r>
      <w:r w:rsidRPr="000D45E0">
        <w:rPr>
          <w:rFonts w:ascii="Maiandra GD" w:hAnsi="Maiandra GD" w:cs="Times New Roman"/>
          <w:color w:val="000000" w:themeColor="text1"/>
          <w:sz w:val="24"/>
          <w:szCs w:val="24"/>
        </w:rPr>
        <w:t xml:space="preserve"> This </w:t>
      </w:r>
      <w:r w:rsidRPr="00E31FF1">
        <w:rPr>
          <w:rFonts w:ascii="Maiandra GD" w:hAnsi="Maiandra GD" w:cs="Times New Roman"/>
          <w:sz w:val="24"/>
          <w:szCs w:val="24"/>
        </w:rPr>
        <w:t xml:space="preserve">will give us the opportunity to connect the dots between the </w:t>
      </w:r>
      <w:r>
        <w:rPr>
          <w:rFonts w:ascii="Maiandra GD" w:hAnsi="Maiandra GD" w:cs="Times New Roman"/>
          <w:sz w:val="24"/>
          <w:szCs w:val="24"/>
        </w:rPr>
        <w:t>various presentations and the</w:t>
      </w:r>
      <w:r w:rsidRPr="00E31FF1">
        <w:rPr>
          <w:rFonts w:ascii="Maiandra GD" w:hAnsi="Maiandra GD" w:cs="Times New Roman"/>
          <w:sz w:val="24"/>
          <w:szCs w:val="24"/>
        </w:rPr>
        <w:t xml:space="preserve"> insights </w:t>
      </w:r>
      <w:r>
        <w:rPr>
          <w:rFonts w:ascii="Maiandra GD" w:hAnsi="Maiandra GD" w:cs="Times New Roman"/>
          <w:sz w:val="24"/>
          <w:szCs w:val="24"/>
        </w:rPr>
        <w:t xml:space="preserve">thereof as </w:t>
      </w:r>
      <w:r w:rsidRPr="00E31FF1">
        <w:rPr>
          <w:rFonts w:ascii="Maiandra GD" w:hAnsi="Maiandra GD" w:cs="Times New Roman"/>
          <w:sz w:val="24"/>
          <w:szCs w:val="24"/>
        </w:rPr>
        <w:t xml:space="preserve">shared today. </w:t>
      </w:r>
    </w:p>
    <w:p w14:paraId="73EC44DF" w14:textId="77777777" w:rsidR="00C50CD8" w:rsidRPr="007C2A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I encourage all participants to note down key questions during the presentations so that we can have a rich and focused discussion afterward.</w:t>
      </w:r>
    </w:p>
    <w:p w14:paraId="4A1B14A6" w14:textId="77777777" w:rsidR="00C50CD8" w:rsidRPr="007C2A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At the end of the session, I will provide brief closing remarks capturing key insights and emerging themes.</w:t>
      </w:r>
    </w:p>
    <w:p w14:paraId="0BF4050A" w14:textId="77777777" w:rsidR="00C50CD8" w:rsidRPr="007C2A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Let us maintain time discipline and active participation throughout the session.</w:t>
      </w:r>
    </w:p>
    <w:p w14:paraId="2B721738" w14:textId="77777777" w:rsidR="00C50CD8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lastRenderedPageBreak/>
        <w:t>With that, let us begin our first presentation.</w:t>
      </w:r>
    </w:p>
    <w:p w14:paraId="52F176DD" w14:textId="77777777" w:rsidR="00C50CD8" w:rsidRPr="006C6BA5" w:rsidRDefault="00C50CD8" w:rsidP="00C50CD8">
      <w:pPr>
        <w:pStyle w:val="Heading1"/>
        <w:numPr>
          <w:ilvl w:val="0"/>
          <w:numId w:val="14"/>
        </w:numPr>
        <w:spacing w:after="240" w:line="24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List of presentations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48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680"/>
        <w:gridCol w:w="2550"/>
        <w:gridCol w:w="1590"/>
      </w:tblGrid>
      <w:tr w:rsidR="00C50CD8" w:rsidRPr="004E41AF" w14:paraId="1983965F" w14:textId="77777777" w:rsidTr="000F369C">
        <w:trPr>
          <w:trHeight w:val="413"/>
        </w:trPr>
        <w:tc>
          <w:tcPr>
            <w:tcW w:w="900" w:type="dxa"/>
            <w:shd w:val="clear" w:color="auto" w:fill="FABF8F" w:themeFill="accent6" w:themeFillTint="99"/>
            <w:vAlign w:val="center"/>
            <w:hideMark/>
          </w:tcPr>
          <w:p w14:paraId="1469ECFB" w14:textId="77777777" w:rsidR="00C50CD8" w:rsidRPr="004E41AF" w:rsidRDefault="00C50CD8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S. </w:t>
            </w: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680" w:type="dxa"/>
            <w:shd w:val="clear" w:color="auto" w:fill="FABF8F" w:themeFill="accent6" w:themeFillTint="99"/>
            <w:vAlign w:val="center"/>
            <w:hideMark/>
          </w:tcPr>
          <w:p w14:paraId="3EB513DA" w14:textId="77777777" w:rsidR="00C50CD8" w:rsidRPr="004E41AF" w:rsidRDefault="00C50CD8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Abstract Title</w:t>
            </w:r>
          </w:p>
        </w:tc>
        <w:tc>
          <w:tcPr>
            <w:tcW w:w="2550" w:type="dxa"/>
            <w:shd w:val="clear" w:color="auto" w:fill="FABF8F" w:themeFill="accent6" w:themeFillTint="99"/>
            <w:vAlign w:val="center"/>
            <w:hideMark/>
          </w:tcPr>
          <w:p w14:paraId="43C774A7" w14:textId="77777777" w:rsidR="00C50CD8" w:rsidRPr="0002766B" w:rsidRDefault="00C50CD8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EE0000"/>
                <w:sz w:val="24"/>
                <w:szCs w:val="24"/>
              </w:rPr>
            </w:pPr>
            <w:r w:rsidRPr="006A4039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Presenter</w:t>
            </w:r>
          </w:p>
        </w:tc>
        <w:tc>
          <w:tcPr>
            <w:tcW w:w="1590" w:type="dxa"/>
            <w:shd w:val="clear" w:color="auto" w:fill="FABF8F" w:themeFill="accent6" w:themeFillTint="99"/>
            <w:vAlign w:val="center"/>
            <w:hideMark/>
          </w:tcPr>
          <w:p w14:paraId="55D2F811" w14:textId="77777777" w:rsidR="00C50CD8" w:rsidRPr="004E41AF" w:rsidRDefault="00C50CD8" w:rsidP="000F369C">
            <w:pPr>
              <w:spacing w:after="0" w:line="240" w:lineRule="auto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Time Slot</w:t>
            </w:r>
          </w:p>
        </w:tc>
      </w:tr>
      <w:tr w:rsidR="00C50CD8" w:rsidRPr="007C2A9D" w14:paraId="212D7F4E" w14:textId="77777777" w:rsidTr="000F369C">
        <w:trPr>
          <w:trHeight w:val="449"/>
        </w:trPr>
        <w:tc>
          <w:tcPr>
            <w:tcW w:w="900" w:type="dxa"/>
            <w:vAlign w:val="center"/>
          </w:tcPr>
          <w:p w14:paraId="682C6718" w14:textId="77777777" w:rsidR="00C50CD8" w:rsidRPr="00344C11" w:rsidRDefault="00C50CD8" w:rsidP="000F369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0A7BE07C" w14:textId="77777777" w:rsidR="00C50CD8" w:rsidRPr="00A2255A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A2255A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Multi-Criteria Optimisation Model for Harmonisation of Qualifications</w:t>
            </w:r>
          </w:p>
        </w:tc>
        <w:tc>
          <w:tcPr>
            <w:tcW w:w="2550" w:type="dxa"/>
            <w:vAlign w:val="center"/>
            <w:hideMark/>
          </w:tcPr>
          <w:p w14:paraId="4D5FA394" w14:textId="77777777" w:rsidR="00C50CD8" w:rsidRPr="00FE7273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Saina Philiph Kipkosgei</w:t>
            </w:r>
          </w:p>
        </w:tc>
        <w:tc>
          <w:tcPr>
            <w:tcW w:w="1590" w:type="dxa"/>
            <w:vAlign w:val="center"/>
            <w:hideMark/>
          </w:tcPr>
          <w:p w14:paraId="691336E3" w14:textId="77777777" w:rsidR="00C50CD8" w:rsidRPr="007C2A9D" w:rsidRDefault="00C50CD8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:10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C50CD8" w:rsidRPr="007C2A9D" w14:paraId="5607920A" w14:textId="77777777" w:rsidTr="000F369C">
        <w:trPr>
          <w:trHeight w:val="404"/>
        </w:trPr>
        <w:tc>
          <w:tcPr>
            <w:tcW w:w="900" w:type="dxa"/>
            <w:vAlign w:val="center"/>
          </w:tcPr>
          <w:p w14:paraId="697988D5" w14:textId="77777777" w:rsidR="00C50CD8" w:rsidRPr="00344C11" w:rsidRDefault="00C50CD8" w:rsidP="000F369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768347BD" w14:textId="77777777" w:rsidR="00C50CD8" w:rsidRPr="00A2255A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A2255A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Descriptive Analysis of the Role of QA Mechanisms on TVET Transformation</w:t>
            </w:r>
          </w:p>
        </w:tc>
        <w:tc>
          <w:tcPr>
            <w:tcW w:w="2550" w:type="dxa"/>
            <w:vAlign w:val="center"/>
            <w:hideMark/>
          </w:tcPr>
          <w:p w14:paraId="2564213C" w14:textId="77777777" w:rsidR="00C50CD8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Dennis Makori Baraka Nyangoto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;</w:t>
            </w:r>
          </w:p>
          <w:p w14:paraId="0D5BD324" w14:textId="77777777" w:rsidR="00C50CD8" w:rsidRPr="00FE7273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C. J. Cheruiyot</w:t>
            </w:r>
          </w:p>
        </w:tc>
        <w:tc>
          <w:tcPr>
            <w:tcW w:w="1590" w:type="dxa"/>
            <w:vAlign w:val="center"/>
            <w:hideMark/>
          </w:tcPr>
          <w:p w14:paraId="16BFC57A" w14:textId="77777777" w:rsidR="00C50CD8" w:rsidRPr="007C2A9D" w:rsidRDefault="00C50CD8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18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50CD8" w:rsidRPr="007C2A9D" w14:paraId="15F022ED" w14:textId="77777777" w:rsidTr="000F369C">
        <w:trPr>
          <w:trHeight w:val="440"/>
        </w:trPr>
        <w:tc>
          <w:tcPr>
            <w:tcW w:w="900" w:type="dxa"/>
            <w:vAlign w:val="center"/>
          </w:tcPr>
          <w:p w14:paraId="7B7A76BA" w14:textId="77777777" w:rsidR="00C50CD8" w:rsidRPr="00344C11" w:rsidRDefault="00C50CD8" w:rsidP="000F369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2429A965" w14:textId="77777777" w:rsidR="00C50CD8" w:rsidRPr="00A2255A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55A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ab/>
            </w:r>
          </w:p>
          <w:p w14:paraId="6D5449DA" w14:textId="77777777" w:rsidR="00C50CD8" w:rsidRPr="00A2255A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A2255A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Strengthening QA to Enhance Relevance in Digital-Green Transitions</w:t>
            </w:r>
          </w:p>
        </w:tc>
        <w:tc>
          <w:tcPr>
            <w:tcW w:w="2550" w:type="dxa"/>
            <w:vAlign w:val="center"/>
            <w:hideMark/>
          </w:tcPr>
          <w:p w14:paraId="55A218F2" w14:textId="77777777" w:rsidR="00C50CD8" w:rsidRPr="00FE7273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Ms. Nancy Oloo</w:t>
            </w:r>
          </w:p>
        </w:tc>
        <w:tc>
          <w:tcPr>
            <w:tcW w:w="1590" w:type="dxa"/>
            <w:vAlign w:val="center"/>
            <w:hideMark/>
          </w:tcPr>
          <w:p w14:paraId="46A3D35B" w14:textId="77777777" w:rsidR="00C50CD8" w:rsidRPr="007C2A9D" w:rsidRDefault="00C50CD8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26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C50CD8" w:rsidRPr="007C2A9D" w14:paraId="262CB327" w14:textId="77777777" w:rsidTr="000F369C">
        <w:trPr>
          <w:trHeight w:val="440"/>
        </w:trPr>
        <w:tc>
          <w:tcPr>
            <w:tcW w:w="900" w:type="dxa"/>
            <w:vAlign w:val="center"/>
          </w:tcPr>
          <w:p w14:paraId="3878A1E9" w14:textId="77777777" w:rsidR="00C50CD8" w:rsidRPr="00344C11" w:rsidRDefault="00C50CD8" w:rsidP="000F369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06E829E3" w14:textId="77777777" w:rsidR="00C50CD8" w:rsidRPr="00A2255A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A2255A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Strengthening QA for Relevant Qualifications: </w:t>
            </w:r>
            <w:r w:rsidRPr="00A2255A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A Decade of Transformation</w:t>
            </w:r>
          </w:p>
        </w:tc>
        <w:tc>
          <w:tcPr>
            <w:tcW w:w="2550" w:type="dxa"/>
            <w:vAlign w:val="center"/>
            <w:hideMark/>
          </w:tcPr>
          <w:p w14:paraId="139B8C76" w14:textId="77777777" w:rsidR="00C50CD8" w:rsidRPr="00FE7273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Beatrice Kirui</w:t>
            </w:r>
          </w:p>
        </w:tc>
        <w:tc>
          <w:tcPr>
            <w:tcW w:w="1590" w:type="dxa"/>
            <w:vAlign w:val="center"/>
            <w:hideMark/>
          </w:tcPr>
          <w:p w14:paraId="516837AC" w14:textId="77777777" w:rsidR="00C50CD8" w:rsidRPr="007C2A9D" w:rsidRDefault="00C50CD8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34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C50CD8" w:rsidRPr="007C2A9D" w14:paraId="5E4A3456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1BE1A7B3" w14:textId="77777777" w:rsidR="00C50CD8" w:rsidRPr="00344C11" w:rsidRDefault="00C50CD8" w:rsidP="000F369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3AEB5146" w14:textId="77777777" w:rsidR="00C50CD8" w:rsidRPr="00A2255A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55A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ab/>
            </w:r>
          </w:p>
          <w:p w14:paraId="7099BCB3" w14:textId="77777777" w:rsidR="00C50CD8" w:rsidRPr="00A2255A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A2255A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Bayesian Reliability Model for Recognition of Prior Learning</w:t>
            </w:r>
          </w:p>
        </w:tc>
        <w:tc>
          <w:tcPr>
            <w:tcW w:w="2550" w:type="dxa"/>
            <w:vAlign w:val="center"/>
            <w:hideMark/>
          </w:tcPr>
          <w:p w14:paraId="54E909CD" w14:textId="77777777" w:rsidR="00C50CD8" w:rsidRPr="00FE7273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Saina Philiph Kipkosgei</w:t>
            </w:r>
          </w:p>
        </w:tc>
        <w:tc>
          <w:tcPr>
            <w:tcW w:w="1590" w:type="dxa"/>
            <w:vAlign w:val="center"/>
            <w:hideMark/>
          </w:tcPr>
          <w:p w14:paraId="0B29D12C" w14:textId="77777777" w:rsidR="00C50CD8" w:rsidRPr="007C2A9D" w:rsidRDefault="00C50CD8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50CD8" w:rsidRPr="007C2A9D" w14:paraId="71C48264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5FC6BFA6" w14:textId="77777777" w:rsidR="00C50CD8" w:rsidRPr="00344C11" w:rsidRDefault="00C50CD8" w:rsidP="000F369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66B33F89" w14:textId="77777777" w:rsidR="00C50CD8" w:rsidRPr="00A2255A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55A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Dynamic Relevance Index Model for Qualification–Labour Market Alignment</w:t>
            </w:r>
          </w:p>
        </w:tc>
        <w:tc>
          <w:tcPr>
            <w:tcW w:w="2550" w:type="dxa"/>
            <w:vAlign w:val="center"/>
          </w:tcPr>
          <w:p w14:paraId="05994AC2" w14:textId="77777777" w:rsidR="00C50CD8" w:rsidRPr="00FE7273" w:rsidRDefault="00C50CD8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FE7273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Saina Philiph Kipkosgei</w:t>
            </w:r>
          </w:p>
        </w:tc>
        <w:tc>
          <w:tcPr>
            <w:tcW w:w="1590" w:type="dxa"/>
            <w:vAlign w:val="center"/>
          </w:tcPr>
          <w:p w14:paraId="64D59BBD" w14:textId="77777777" w:rsidR="00C50CD8" w:rsidRPr="007C2A9D" w:rsidRDefault="00C50CD8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11:50 – 11:58</w:t>
            </w:r>
          </w:p>
        </w:tc>
      </w:tr>
    </w:tbl>
    <w:p w14:paraId="1ACB2347" w14:textId="77777777" w:rsidR="00C50CD8" w:rsidRPr="00950000" w:rsidRDefault="00C50CD8" w:rsidP="00C50CD8">
      <w:pPr>
        <w:pStyle w:val="Heading1"/>
        <w:numPr>
          <w:ilvl w:val="0"/>
          <w:numId w:val="44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950000">
        <w:rPr>
          <w:rFonts w:ascii="Maiandra GD" w:hAnsi="Maiandra GD" w:cs="Times New Roman"/>
          <w:color w:val="000000" w:themeColor="text1"/>
          <w:sz w:val="24"/>
          <w:szCs w:val="24"/>
        </w:rPr>
        <w:t xml:space="preserve">Link to Abstracts: </w:t>
      </w:r>
      <w:hyperlink r:id="rId8" w:history="1">
        <w:r w:rsidRPr="00950000">
          <w:rPr>
            <w:rStyle w:val="Hyperlink"/>
            <w:rFonts w:ascii="Maiandra GD" w:hAnsi="Maiandra GD" w:cs="Times New Roman"/>
            <w:sz w:val="24"/>
            <w:szCs w:val="24"/>
          </w:rPr>
          <w:t>QUALITY ASSURANCE AND RELEVANCE</w:t>
        </w:r>
      </w:hyperlink>
    </w:p>
    <w:p w14:paraId="7E151276" w14:textId="77777777" w:rsidR="00C50CD8" w:rsidRPr="006C6BA5" w:rsidRDefault="00C50CD8" w:rsidP="00C50CD8">
      <w:pPr>
        <w:pStyle w:val="Heading1"/>
        <w:numPr>
          <w:ilvl w:val="0"/>
          <w:numId w:val="28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Transition Statement After each Presentation </w:t>
      </w:r>
    </w:p>
    <w:p w14:paraId="09723780" w14:textId="77777777" w:rsidR="00C50CD8" w:rsidRPr="00667FA0" w:rsidRDefault="00C50CD8" w:rsidP="00C50CD8">
      <w:pPr>
        <w:jc w:val="both"/>
        <w:rPr>
          <w:rFonts w:ascii="Maiandra GD" w:hAnsi="Maiandra GD" w:cs="Times New Roman"/>
          <w:b/>
          <w:bCs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“Thank you for that insightful presentation! Let us clap for </w:t>
      </w:r>
      <w:r w:rsidRPr="00FE7273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(Prof./Doc./Mr./Miss Presenter(s) Names 1, 2, 3, 4, 5, 6).</w:t>
      </w:r>
      <w:r w:rsidRPr="00FE7273">
        <w:rPr>
          <w:rFonts w:ascii="Maiandra GD" w:hAnsi="Maiandra GD" w:cs="Times New Roman"/>
          <w:color w:val="000000" w:themeColor="text1"/>
          <w:sz w:val="24"/>
          <w:szCs w:val="24"/>
        </w:rPr>
        <w:t xml:space="preserve"> We now build on that very good submission by inviting the next presenter </w:t>
      </w:r>
      <w:r w:rsidRPr="00FE7273">
        <w:rPr>
          <w:rFonts w:ascii="Maiandra GD" w:hAnsi="Maiandra GD" w:cs="Times New Roman"/>
          <w:b/>
          <w:bCs/>
          <w:i/>
          <w:iCs/>
          <w:color w:val="000000" w:themeColor="text1"/>
          <w:sz w:val="24"/>
          <w:szCs w:val="24"/>
        </w:rPr>
        <w:t xml:space="preserve">(Mention the name of the next presenter </w:t>
      </w:r>
      <w:r w:rsidRPr="00667FA0">
        <w:rPr>
          <w:rFonts w:ascii="Maiandra GD" w:hAnsi="Maiandra GD" w:cs="Times New Roman"/>
          <w:b/>
          <w:bCs/>
          <w:i/>
          <w:iCs/>
          <w:sz w:val="24"/>
          <w:szCs w:val="24"/>
        </w:rPr>
        <w:t>and the title of the presentation [Abstract])</w:t>
      </w:r>
      <w:r w:rsidRPr="00B173B6">
        <w:rPr>
          <w:rFonts w:ascii="Maiandra GD" w:hAnsi="Maiandra GD" w:cs="Times New Roman"/>
          <w:sz w:val="24"/>
          <w:szCs w:val="24"/>
        </w:rPr>
        <w:t>”</w:t>
      </w:r>
    </w:p>
    <w:p w14:paraId="7DC7DC13" w14:textId="77777777" w:rsidR="00C50CD8" w:rsidRPr="006C6BA5" w:rsidRDefault="00C50CD8" w:rsidP="00C50CD8">
      <w:pPr>
        <w:pStyle w:val="Heading1"/>
        <w:numPr>
          <w:ilvl w:val="0"/>
          <w:numId w:val="14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Q&amp;A Session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45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7752B60B" w14:textId="77777777" w:rsidR="00C50CD8" w:rsidRPr="000A5D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“Thank you to all presenters for the rich and diverse insights shared. We will now move into the plenary discussion and Q&amp;A session.</w:t>
      </w:r>
    </w:p>
    <w:p w14:paraId="3B1EA8A0" w14:textId="77777777" w:rsidR="00C50CD8" w:rsidRPr="000A5D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I invite participants to ask questions, make comments, or seek clarifications from any of the presenters. Kindly keep your contributions brief and indicate the presenter or topic you are referring to.</w:t>
      </w:r>
    </w:p>
    <w:p w14:paraId="2237D9DE" w14:textId="77777777" w:rsidR="00C50CD8" w:rsidRPr="000A5D9D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Where possible, I will cluster questions to allow multiple presenters to respond efficiently. </w:t>
      </w:r>
    </w:p>
    <w:p w14:paraId="53ADE806" w14:textId="77777777" w:rsidR="00C50CD8" w:rsidRPr="000A5D9D" w:rsidRDefault="00C50CD8" w:rsidP="00C50CD8">
      <w:pPr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Let’s begin. Who would like to start?”</w:t>
      </w:r>
    </w:p>
    <w:p w14:paraId="51AB07DE" w14:textId="77777777" w:rsidR="00C50CD8" w:rsidRPr="006C6BA5" w:rsidRDefault="00C50CD8" w:rsidP="00C50CD8">
      <w:pPr>
        <w:pStyle w:val="Heading1"/>
        <w:numPr>
          <w:ilvl w:val="0"/>
          <w:numId w:val="14"/>
        </w:numPr>
        <w:spacing w:after="240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lastRenderedPageBreak/>
        <w:t>Closing Remarks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2959B9C0" w14:textId="77777777" w:rsidR="00C50CD8" w:rsidRPr="00E55C8F" w:rsidRDefault="00C50CD8" w:rsidP="00C50CD8">
      <w:pPr>
        <w:spacing w:after="0"/>
        <w:jc w:val="both"/>
        <w:rPr>
          <w:rFonts w:ascii="Maiandra GD" w:hAnsi="Maiandra GD" w:cs="Times New Roman"/>
          <w:color w:val="EE0000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>“</w:t>
      </w:r>
      <w:r w:rsidRPr="000A5D9D">
        <w:rPr>
          <w:rFonts w:ascii="Maiandra GD" w:hAnsi="Maiandra GD" w:cs="Times New Roman"/>
          <w:sz w:val="24"/>
          <w:szCs w:val="24"/>
        </w:rPr>
        <w:t xml:space="preserve">I want to thank </w:t>
      </w:r>
      <w:r w:rsidRPr="00077683">
        <w:rPr>
          <w:rFonts w:ascii="Maiandra GD" w:hAnsi="Maiandra GD" w:cs="Times New Roman"/>
          <w:sz w:val="24"/>
          <w:szCs w:val="24"/>
        </w:rPr>
        <w:t xml:space="preserve">our </w:t>
      </w:r>
      <w:r w:rsidRPr="00FE7273">
        <w:rPr>
          <w:rFonts w:ascii="Maiandra GD" w:hAnsi="Maiandra GD" w:cs="Times New Roman"/>
          <w:color w:val="000000" w:themeColor="text1"/>
          <w:sz w:val="24"/>
          <w:szCs w:val="24"/>
        </w:rPr>
        <w:t xml:space="preserve">six [6] </w:t>
      </w:r>
      <w:r w:rsidRPr="000A5D9D">
        <w:rPr>
          <w:rFonts w:ascii="Maiandra GD" w:hAnsi="Maiandra GD" w:cs="Times New Roman"/>
          <w:sz w:val="24"/>
          <w:szCs w:val="24"/>
        </w:rPr>
        <w:t>presenters for their invaluable contributions to the theme</w:t>
      </w:r>
      <w:r>
        <w:rPr>
          <w:rFonts w:ascii="Maiandra GD" w:hAnsi="Maiandra GD" w:cs="Times New Roman"/>
          <w:sz w:val="24"/>
          <w:szCs w:val="24"/>
        </w:rPr>
        <w:t xml:space="preserve">, </w:t>
      </w:r>
      <w:r w:rsidRPr="00FB1873">
        <w:rPr>
          <w:rFonts w:ascii="Maiandra GD" w:hAnsi="Maiandra GD" w:cs="Times New Roman"/>
          <w:b/>
          <w:bCs/>
          <w:sz w:val="24"/>
          <w:szCs w:val="24"/>
        </w:rPr>
        <w:t>Quality Assurance and Relevance.</w:t>
      </w:r>
      <w:r w:rsidRPr="00040F1F">
        <w:rPr>
          <w:rFonts w:ascii="Maiandra GD" w:hAnsi="Maiandra GD" w:cs="Times New Roman"/>
          <w:sz w:val="24"/>
          <w:szCs w:val="24"/>
        </w:rPr>
        <w:t xml:space="preserve"> </w:t>
      </w:r>
      <w:r>
        <w:rPr>
          <w:rFonts w:ascii="Maiandra GD" w:hAnsi="Maiandra GD" w:cs="Times New Roman"/>
          <w:sz w:val="24"/>
          <w:szCs w:val="24"/>
        </w:rPr>
        <w:t>T</w:t>
      </w:r>
      <w:r w:rsidRPr="00FB1873">
        <w:rPr>
          <w:rFonts w:ascii="Maiandra GD" w:hAnsi="Maiandra GD" w:cs="Times New Roman"/>
          <w:sz w:val="24"/>
          <w:szCs w:val="24"/>
        </w:rPr>
        <w:t>oday’s discussions have highlighted the shift toward mathematically grounded instruments, such as the Dynamic Relevance Index, to predict alignment between qualifications and labor market performance. We also examined how multi-criteria optimization can harmonize qualifications across sub-frameworks while preserving sector-specific integrity</w:t>
      </w:r>
      <w:r w:rsidRPr="00844D71">
        <w:rPr>
          <w:rFonts w:ascii="Maiandra GD" w:hAnsi="Maiandra GD" w:cs="Times New Roman"/>
          <w:color w:val="EE0000"/>
          <w:sz w:val="24"/>
          <w:szCs w:val="24"/>
        </w:rPr>
        <w:t xml:space="preserve">. </w:t>
      </w:r>
      <w:r w:rsidRPr="00AA1C62">
        <w:rPr>
          <w:rFonts w:ascii="Maiandra GD" w:hAnsi="Maiandra GD" w:cs="Times New Roman"/>
          <w:sz w:val="24"/>
          <w:szCs w:val="24"/>
        </w:rPr>
        <w:t>The insights generated from this session will be synthesized into the conference communiqué</w:t>
      </w:r>
      <w:r>
        <w:rPr>
          <w:rFonts w:ascii="Maiandra GD" w:hAnsi="Maiandra GD" w:cs="Times New Roman"/>
          <w:sz w:val="24"/>
          <w:szCs w:val="24"/>
        </w:rPr>
        <w:t>.</w:t>
      </w:r>
    </w:p>
    <w:p w14:paraId="7237B604" w14:textId="77777777" w:rsidR="00C50CD8" w:rsidRPr="00344C11" w:rsidRDefault="00C50CD8" w:rsidP="00C50CD8">
      <w:pPr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AA1C62">
        <w:rPr>
          <w:rFonts w:ascii="Maiandra GD" w:hAnsi="Maiandra GD" w:cs="Times New Roman"/>
          <w:sz w:val="24"/>
          <w:szCs w:val="24"/>
        </w:rPr>
        <w:t xml:space="preserve">I encourage you all to continue these conversations during the </w:t>
      </w:r>
      <w:r w:rsidRPr="00344C11">
        <w:rPr>
          <w:rFonts w:ascii="Maiandra GD" w:hAnsi="Maiandra GD" w:cs="Times New Roman"/>
          <w:color w:val="000000" w:themeColor="text1"/>
          <w:sz w:val="24"/>
          <w:szCs w:val="24"/>
        </w:rPr>
        <w:t xml:space="preserve">networking dinner this evening. </w:t>
      </w:r>
    </w:p>
    <w:p w14:paraId="5E4EAB4A" w14:textId="77777777" w:rsidR="00C50CD8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Thank you all for your active participation and engagement. </w:t>
      </w:r>
      <w:r w:rsidRPr="000A5D9D">
        <w:rPr>
          <w:rFonts w:ascii="Maiandra GD" w:hAnsi="Maiandra GD" w:cs="Times New Roman"/>
          <w:sz w:val="24"/>
          <w:szCs w:val="24"/>
        </w:rPr>
        <w:br/>
        <w:t>We now conclude this breakout session. Thank you very much!”</w:t>
      </w:r>
    </w:p>
    <w:p w14:paraId="0B0E2F32" w14:textId="77777777" w:rsidR="00C50CD8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</w:p>
    <w:p w14:paraId="3A354790" w14:textId="77777777" w:rsidR="00C50CD8" w:rsidRDefault="00C50CD8" w:rsidP="00C50CD8">
      <w:pPr>
        <w:jc w:val="both"/>
        <w:rPr>
          <w:rFonts w:ascii="Maiandra GD" w:hAnsi="Maiandra GD" w:cs="Times New Roman"/>
          <w:sz w:val="24"/>
          <w:szCs w:val="24"/>
        </w:rPr>
      </w:pPr>
    </w:p>
    <w:p w14:paraId="3C333A4C" w14:textId="4A868A6F" w:rsidR="0002389E" w:rsidRPr="00C50CD8" w:rsidRDefault="00C50CD8" w:rsidP="00C50CD8">
      <w:pP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</w:pPr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</w:t>
      </w:r>
      <w:r w:rsidRPr="002B3A4E">
        <w:rPr>
          <w:rFonts w:ascii="Maiandra GD" w:hAnsi="Maiandra GD" w:cs="Times New Roman"/>
          <w:b/>
          <w:bCs/>
          <w:color w:val="17365D" w:themeColor="text2" w:themeShade="BF"/>
          <w:sz w:val="40"/>
          <w:szCs w:val="40"/>
        </w:rPr>
        <w:t>END</w:t>
      </w:r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**************************************</w:t>
      </w:r>
    </w:p>
    <w:sectPr w:rsidR="0002389E" w:rsidRPr="00C50CD8" w:rsidSect="00596ED7">
      <w:footerReference w:type="default" r:id="rId9"/>
      <w:pgSz w:w="11909" w:h="16834" w:code="9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DF0B" w14:textId="77777777" w:rsidR="00916317" w:rsidRDefault="00916317" w:rsidP="004940F9">
      <w:pPr>
        <w:spacing w:after="0" w:line="240" w:lineRule="auto"/>
      </w:pPr>
      <w:r>
        <w:separator/>
      </w:r>
    </w:p>
  </w:endnote>
  <w:endnote w:type="continuationSeparator" w:id="0">
    <w:p w14:paraId="35E43FBA" w14:textId="77777777" w:rsidR="00916317" w:rsidRDefault="00916317" w:rsidP="0049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062035"/>
      <w:docPartObj>
        <w:docPartGallery w:val="Page Numbers (Bottom of Page)"/>
        <w:docPartUnique/>
      </w:docPartObj>
    </w:sdtPr>
    <w:sdtEndPr/>
    <w:sdtContent>
      <w:p w14:paraId="61A09705" w14:textId="5E67B060" w:rsidR="004940F9" w:rsidRDefault="00651C0A" w:rsidP="00A60562">
        <w:pPr>
          <w:pStyle w:val="Footer"/>
        </w:pPr>
        <w:r w:rsidRPr="00651C0A">
          <w:rPr>
            <w:i/>
            <w:iCs/>
          </w:rPr>
          <w:t>KNQA Inaugural National Qualifications Conference – May 2026</w:t>
        </w:r>
        <w:r w:rsidR="00A60562">
          <w:rPr>
            <w:i/>
            <w:iCs/>
          </w:rPr>
          <w:tab/>
          <w:t xml:space="preserve"> </w:t>
        </w:r>
        <w:r w:rsidR="004940F9">
          <w:t xml:space="preserve">Page | </w:t>
        </w:r>
        <w:r w:rsidR="004940F9">
          <w:fldChar w:fldCharType="begin"/>
        </w:r>
        <w:r w:rsidR="004940F9">
          <w:instrText xml:space="preserve"> PAGE   \* MERGEFORMAT </w:instrText>
        </w:r>
        <w:r w:rsidR="004940F9">
          <w:fldChar w:fldCharType="separate"/>
        </w:r>
        <w:r w:rsidR="004940F9">
          <w:rPr>
            <w:noProof/>
          </w:rPr>
          <w:t>2</w:t>
        </w:r>
        <w:r w:rsidR="004940F9">
          <w:rPr>
            <w:noProof/>
          </w:rPr>
          <w:fldChar w:fldCharType="end"/>
        </w:r>
        <w:r w:rsidR="004940F9">
          <w:t xml:space="preserve"> </w:t>
        </w:r>
      </w:p>
    </w:sdtContent>
  </w:sdt>
  <w:p w14:paraId="253261F4" w14:textId="77777777" w:rsidR="004940F9" w:rsidRDefault="00494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45A4" w14:textId="77777777" w:rsidR="00916317" w:rsidRDefault="00916317" w:rsidP="004940F9">
      <w:pPr>
        <w:spacing w:after="0" w:line="240" w:lineRule="auto"/>
      </w:pPr>
      <w:r>
        <w:separator/>
      </w:r>
    </w:p>
  </w:footnote>
  <w:footnote w:type="continuationSeparator" w:id="0">
    <w:p w14:paraId="029F116F" w14:textId="77777777" w:rsidR="00916317" w:rsidRDefault="00916317" w:rsidP="00494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82696"/>
    <w:multiLevelType w:val="hybridMultilevel"/>
    <w:tmpl w:val="1D186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277A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9245C"/>
    <w:multiLevelType w:val="hybridMultilevel"/>
    <w:tmpl w:val="86C827A8"/>
    <w:lvl w:ilvl="0" w:tplc="125EFBEA">
      <w:start w:val="1"/>
      <w:numFmt w:val="decimal"/>
      <w:lvlText w:val="%1."/>
      <w:lvlJc w:val="left"/>
      <w:pPr>
        <w:ind w:left="576" w:hanging="21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32393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C337C4"/>
    <w:multiLevelType w:val="hybridMultilevel"/>
    <w:tmpl w:val="2D4415D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D51863"/>
    <w:multiLevelType w:val="hybridMultilevel"/>
    <w:tmpl w:val="9A92558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0474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706FD"/>
    <w:multiLevelType w:val="hybridMultilevel"/>
    <w:tmpl w:val="8612CF80"/>
    <w:lvl w:ilvl="0" w:tplc="2A988202">
      <w:start w:val="6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80C04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D38AF"/>
    <w:multiLevelType w:val="hybridMultilevel"/>
    <w:tmpl w:val="64E87222"/>
    <w:lvl w:ilvl="0" w:tplc="79F067B8">
      <w:start w:val="10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252EEA"/>
    <w:multiLevelType w:val="hybridMultilevel"/>
    <w:tmpl w:val="B5CE15A4"/>
    <w:lvl w:ilvl="0" w:tplc="0409000B">
      <w:start w:val="1"/>
      <w:numFmt w:val="bullet"/>
      <w:lvlText w:val=""/>
      <w:lvlJc w:val="left"/>
      <w:pPr>
        <w:ind w:left="4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0" w15:restartNumberingAfterBreak="0">
    <w:nsid w:val="42DE6E41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851F4"/>
    <w:multiLevelType w:val="hybridMultilevel"/>
    <w:tmpl w:val="7EF031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738AA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C0CD2"/>
    <w:multiLevelType w:val="hybridMultilevel"/>
    <w:tmpl w:val="3C90C43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7477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E770D"/>
    <w:multiLevelType w:val="hybridMultilevel"/>
    <w:tmpl w:val="0FC8D1F2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C06F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1B93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92B78"/>
    <w:multiLevelType w:val="hybridMultilevel"/>
    <w:tmpl w:val="B66851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A5056"/>
    <w:multiLevelType w:val="hybridMultilevel"/>
    <w:tmpl w:val="3C90C43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51CA5"/>
    <w:multiLevelType w:val="hybridMultilevel"/>
    <w:tmpl w:val="26A8515E"/>
    <w:lvl w:ilvl="0" w:tplc="B2E697A2">
      <w:start w:val="9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71A00"/>
    <w:multiLevelType w:val="hybridMultilevel"/>
    <w:tmpl w:val="6BFADAE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D7A46"/>
    <w:multiLevelType w:val="hybridMultilevel"/>
    <w:tmpl w:val="473C57E0"/>
    <w:lvl w:ilvl="0" w:tplc="FFFFFFFF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0E6"/>
    <w:multiLevelType w:val="hybridMultilevel"/>
    <w:tmpl w:val="A64C60EE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97BF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129FD"/>
    <w:multiLevelType w:val="hybridMultilevel"/>
    <w:tmpl w:val="29E6EB48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C6E71"/>
    <w:multiLevelType w:val="hybridMultilevel"/>
    <w:tmpl w:val="43068952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31CA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C59FC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45A1B"/>
    <w:multiLevelType w:val="hybridMultilevel"/>
    <w:tmpl w:val="A4223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49B5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E71F6"/>
    <w:multiLevelType w:val="hybridMultilevel"/>
    <w:tmpl w:val="557618EA"/>
    <w:lvl w:ilvl="0" w:tplc="80420230">
      <w:start w:val="6"/>
      <w:numFmt w:val="bullet"/>
      <w:lvlText w:val="-"/>
      <w:lvlJc w:val="left"/>
      <w:pPr>
        <w:ind w:left="430" w:hanging="360"/>
      </w:pPr>
      <w:rPr>
        <w:rFonts w:ascii="Maiandra GD" w:eastAsiaTheme="majorEastAsia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1" w15:restartNumberingAfterBreak="0">
    <w:nsid w:val="79727006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16E28"/>
    <w:multiLevelType w:val="hybridMultilevel"/>
    <w:tmpl w:val="473C57E0"/>
    <w:lvl w:ilvl="0" w:tplc="DE94765A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E7383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00988">
    <w:abstractNumId w:val="8"/>
  </w:num>
  <w:num w:numId="2" w16cid:durableId="1192106921">
    <w:abstractNumId w:val="6"/>
  </w:num>
  <w:num w:numId="3" w16cid:durableId="372386687">
    <w:abstractNumId w:val="5"/>
  </w:num>
  <w:num w:numId="4" w16cid:durableId="411899894">
    <w:abstractNumId w:val="4"/>
  </w:num>
  <w:num w:numId="5" w16cid:durableId="1624266611">
    <w:abstractNumId w:val="7"/>
  </w:num>
  <w:num w:numId="6" w16cid:durableId="1369993803">
    <w:abstractNumId w:val="3"/>
  </w:num>
  <w:num w:numId="7" w16cid:durableId="1821651249">
    <w:abstractNumId w:val="2"/>
  </w:num>
  <w:num w:numId="8" w16cid:durableId="107622597">
    <w:abstractNumId w:val="1"/>
  </w:num>
  <w:num w:numId="9" w16cid:durableId="48892082">
    <w:abstractNumId w:val="0"/>
  </w:num>
  <w:num w:numId="10" w16cid:durableId="238248449">
    <w:abstractNumId w:val="9"/>
  </w:num>
  <w:num w:numId="11" w16cid:durableId="584582052">
    <w:abstractNumId w:val="39"/>
  </w:num>
  <w:num w:numId="12" w16cid:durableId="1669824025">
    <w:abstractNumId w:val="41"/>
  </w:num>
  <w:num w:numId="13" w16cid:durableId="1773471361">
    <w:abstractNumId w:val="18"/>
  </w:num>
  <w:num w:numId="14" w16cid:durableId="514999417">
    <w:abstractNumId w:val="11"/>
  </w:num>
  <w:num w:numId="15" w16cid:durableId="1755279596">
    <w:abstractNumId w:val="38"/>
  </w:num>
  <w:num w:numId="16" w16cid:durableId="435830318">
    <w:abstractNumId w:val="34"/>
  </w:num>
  <w:num w:numId="17" w16cid:durableId="210650974">
    <w:abstractNumId w:val="37"/>
  </w:num>
  <w:num w:numId="18" w16cid:durableId="35201776">
    <w:abstractNumId w:val="26"/>
  </w:num>
  <w:num w:numId="19" w16cid:durableId="1613780291">
    <w:abstractNumId w:val="15"/>
  </w:num>
  <w:num w:numId="20" w16cid:durableId="683823495">
    <w:abstractNumId w:val="17"/>
  </w:num>
  <w:num w:numId="21" w16cid:durableId="533425305">
    <w:abstractNumId w:val="22"/>
  </w:num>
  <w:num w:numId="22" w16cid:durableId="637535703">
    <w:abstractNumId w:val="10"/>
  </w:num>
  <w:num w:numId="23" w16cid:durableId="1331640059">
    <w:abstractNumId w:val="24"/>
  </w:num>
  <w:num w:numId="24" w16cid:durableId="1509909822">
    <w:abstractNumId w:val="25"/>
  </w:num>
  <w:num w:numId="25" w16cid:durableId="132916911">
    <w:abstractNumId w:val="27"/>
  </w:num>
  <w:num w:numId="26" w16cid:durableId="2027781508">
    <w:abstractNumId w:val="20"/>
  </w:num>
  <w:num w:numId="27" w16cid:durableId="1336416554">
    <w:abstractNumId w:val="42"/>
  </w:num>
  <w:num w:numId="28" w16cid:durableId="453134866">
    <w:abstractNumId w:val="32"/>
  </w:num>
  <w:num w:numId="29" w16cid:durableId="198009063">
    <w:abstractNumId w:val="29"/>
  </w:num>
  <w:num w:numId="30" w16cid:durableId="237862172">
    <w:abstractNumId w:val="31"/>
  </w:num>
  <w:num w:numId="31" w16cid:durableId="564219971">
    <w:abstractNumId w:val="36"/>
  </w:num>
  <w:num w:numId="32" w16cid:durableId="1018123534">
    <w:abstractNumId w:val="43"/>
  </w:num>
  <w:num w:numId="33" w16cid:durableId="90056654">
    <w:abstractNumId w:val="23"/>
  </w:num>
  <w:num w:numId="34" w16cid:durableId="1041200094">
    <w:abstractNumId w:val="35"/>
  </w:num>
  <w:num w:numId="35" w16cid:durableId="1210603424">
    <w:abstractNumId w:val="12"/>
  </w:num>
  <w:num w:numId="36" w16cid:durableId="1733963174">
    <w:abstractNumId w:val="33"/>
  </w:num>
  <w:num w:numId="37" w16cid:durableId="1976448140">
    <w:abstractNumId w:val="14"/>
  </w:num>
  <w:num w:numId="38" w16cid:durableId="52896196">
    <w:abstractNumId w:val="16"/>
  </w:num>
  <w:num w:numId="39" w16cid:durableId="1547520150">
    <w:abstractNumId w:val="30"/>
  </w:num>
  <w:num w:numId="40" w16cid:durableId="1086071547">
    <w:abstractNumId w:val="40"/>
  </w:num>
  <w:num w:numId="41" w16cid:durableId="288324649">
    <w:abstractNumId w:val="19"/>
  </w:num>
  <w:num w:numId="42" w16cid:durableId="1751655090">
    <w:abstractNumId w:val="21"/>
  </w:num>
  <w:num w:numId="43" w16cid:durableId="529487222">
    <w:abstractNumId w:val="28"/>
  </w:num>
  <w:num w:numId="44" w16cid:durableId="14114622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42"/>
    <w:rsid w:val="0000033D"/>
    <w:rsid w:val="00002F3A"/>
    <w:rsid w:val="00007C44"/>
    <w:rsid w:val="0002389E"/>
    <w:rsid w:val="000259FF"/>
    <w:rsid w:val="00025B7E"/>
    <w:rsid w:val="0002766B"/>
    <w:rsid w:val="00027DC5"/>
    <w:rsid w:val="00027F51"/>
    <w:rsid w:val="000330C4"/>
    <w:rsid w:val="00034616"/>
    <w:rsid w:val="00037D58"/>
    <w:rsid w:val="00040F1F"/>
    <w:rsid w:val="000440E1"/>
    <w:rsid w:val="00050BAA"/>
    <w:rsid w:val="0006063C"/>
    <w:rsid w:val="0006345C"/>
    <w:rsid w:val="00067227"/>
    <w:rsid w:val="00074598"/>
    <w:rsid w:val="000768A1"/>
    <w:rsid w:val="00077683"/>
    <w:rsid w:val="00085E40"/>
    <w:rsid w:val="0009022E"/>
    <w:rsid w:val="0009124E"/>
    <w:rsid w:val="000A5D9D"/>
    <w:rsid w:val="000A64B0"/>
    <w:rsid w:val="000B3CFE"/>
    <w:rsid w:val="000C4323"/>
    <w:rsid w:val="000C543A"/>
    <w:rsid w:val="000D45E0"/>
    <w:rsid w:val="000E2821"/>
    <w:rsid w:val="000E708D"/>
    <w:rsid w:val="000E7D4D"/>
    <w:rsid w:val="00106188"/>
    <w:rsid w:val="00106BB1"/>
    <w:rsid w:val="00112DC7"/>
    <w:rsid w:val="0011596C"/>
    <w:rsid w:val="001161BD"/>
    <w:rsid w:val="001169F8"/>
    <w:rsid w:val="00127246"/>
    <w:rsid w:val="00131734"/>
    <w:rsid w:val="00136030"/>
    <w:rsid w:val="00136800"/>
    <w:rsid w:val="0013683D"/>
    <w:rsid w:val="00137B51"/>
    <w:rsid w:val="0014056C"/>
    <w:rsid w:val="001453F5"/>
    <w:rsid w:val="0015074B"/>
    <w:rsid w:val="00152D64"/>
    <w:rsid w:val="00153F6E"/>
    <w:rsid w:val="00163DBD"/>
    <w:rsid w:val="00165959"/>
    <w:rsid w:val="00175AAB"/>
    <w:rsid w:val="0017638A"/>
    <w:rsid w:val="00183EC8"/>
    <w:rsid w:val="00190F39"/>
    <w:rsid w:val="00193C29"/>
    <w:rsid w:val="001944CD"/>
    <w:rsid w:val="001957B3"/>
    <w:rsid w:val="001A0862"/>
    <w:rsid w:val="001A391F"/>
    <w:rsid w:val="001A7A6A"/>
    <w:rsid w:val="001B7164"/>
    <w:rsid w:val="001D3C62"/>
    <w:rsid w:val="001D40BF"/>
    <w:rsid w:val="001D4C43"/>
    <w:rsid w:val="00200379"/>
    <w:rsid w:val="00201C24"/>
    <w:rsid w:val="00205CDD"/>
    <w:rsid w:val="00215600"/>
    <w:rsid w:val="00215FD1"/>
    <w:rsid w:val="0022002E"/>
    <w:rsid w:val="0022050F"/>
    <w:rsid w:val="00237882"/>
    <w:rsid w:val="00237B6A"/>
    <w:rsid w:val="002418FF"/>
    <w:rsid w:val="00254AF2"/>
    <w:rsid w:val="0025668A"/>
    <w:rsid w:val="00257791"/>
    <w:rsid w:val="002642D5"/>
    <w:rsid w:val="0026765C"/>
    <w:rsid w:val="00267A58"/>
    <w:rsid w:val="00272364"/>
    <w:rsid w:val="00272760"/>
    <w:rsid w:val="00281F81"/>
    <w:rsid w:val="00284AFB"/>
    <w:rsid w:val="0028540A"/>
    <w:rsid w:val="0028648B"/>
    <w:rsid w:val="0029639D"/>
    <w:rsid w:val="002974D8"/>
    <w:rsid w:val="002A2089"/>
    <w:rsid w:val="002A2DB7"/>
    <w:rsid w:val="002A30CC"/>
    <w:rsid w:val="002A3673"/>
    <w:rsid w:val="002A5252"/>
    <w:rsid w:val="002B3A4E"/>
    <w:rsid w:val="002B748C"/>
    <w:rsid w:val="002C384E"/>
    <w:rsid w:val="002C6E7C"/>
    <w:rsid w:val="002C7C69"/>
    <w:rsid w:val="002D0057"/>
    <w:rsid w:val="002D5BE3"/>
    <w:rsid w:val="002D5F0A"/>
    <w:rsid w:val="002E2332"/>
    <w:rsid w:val="002E65FB"/>
    <w:rsid w:val="00302136"/>
    <w:rsid w:val="00303E5A"/>
    <w:rsid w:val="00307F30"/>
    <w:rsid w:val="003116C5"/>
    <w:rsid w:val="00324E25"/>
    <w:rsid w:val="00325B9A"/>
    <w:rsid w:val="00326F90"/>
    <w:rsid w:val="00344C11"/>
    <w:rsid w:val="00351E18"/>
    <w:rsid w:val="00357506"/>
    <w:rsid w:val="00360628"/>
    <w:rsid w:val="00360728"/>
    <w:rsid w:val="00367C61"/>
    <w:rsid w:val="00377E23"/>
    <w:rsid w:val="00383D90"/>
    <w:rsid w:val="00391FB1"/>
    <w:rsid w:val="003921ED"/>
    <w:rsid w:val="00393DF8"/>
    <w:rsid w:val="003B6486"/>
    <w:rsid w:val="003B6A51"/>
    <w:rsid w:val="003C2303"/>
    <w:rsid w:val="003C56A8"/>
    <w:rsid w:val="003C7E81"/>
    <w:rsid w:val="003D1D86"/>
    <w:rsid w:val="003E0CC8"/>
    <w:rsid w:val="003E5B03"/>
    <w:rsid w:val="003F581E"/>
    <w:rsid w:val="00411017"/>
    <w:rsid w:val="00414AD9"/>
    <w:rsid w:val="0042523D"/>
    <w:rsid w:val="00434200"/>
    <w:rsid w:val="00442CA1"/>
    <w:rsid w:val="004431E3"/>
    <w:rsid w:val="00454D24"/>
    <w:rsid w:val="00473EAF"/>
    <w:rsid w:val="00481C9B"/>
    <w:rsid w:val="004857AD"/>
    <w:rsid w:val="004940F9"/>
    <w:rsid w:val="00494DC3"/>
    <w:rsid w:val="004A2066"/>
    <w:rsid w:val="004B1F62"/>
    <w:rsid w:val="004B491D"/>
    <w:rsid w:val="004C3944"/>
    <w:rsid w:val="004C5519"/>
    <w:rsid w:val="004C6E1E"/>
    <w:rsid w:val="004D1F21"/>
    <w:rsid w:val="004D376B"/>
    <w:rsid w:val="004D54E2"/>
    <w:rsid w:val="004D5CD0"/>
    <w:rsid w:val="004D6B23"/>
    <w:rsid w:val="004E0A0F"/>
    <w:rsid w:val="004E1430"/>
    <w:rsid w:val="004E41AF"/>
    <w:rsid w:val="004F13F6"/>
    <w:rsid w:val="004F298C"/>
    <w:rsid w:val="004F56C9"/>
    <w:rsid w:val="005009C8"/>
    <w:rsid w:val="0050547C"/>
    <w:rsid w:val="0050711F"/>
    <w:rsid w:val="00507A71"/>
    <w:rsid w:val="00507FDE"/>
    <w:rsid w:val="005171DF"/>
    <w:rsid w:val="00525527"/>
    <w:rsid w:val="00551A12"/>
    <w:rsid w:val="005553C0"/>
    <w:rsid w:val="005554FD"/>
    <w:rsid w:val="005555A4"/>
    <w:rsid w:val="00555800"/>
    <w:rsid w:val="005611CA"/>
    <w:rsid w:val="0056313A"/>
    <w:rsid w:val="0056716D"/>
    <w:rsid w:val="005672B2"/>
    <w:rsid w:val="005748C6"/>
    <w:rsid w:val="00586883"/>
    <w:rsid w:val="00587449"/>
    <w:rsid w:val="005877F1"/>
    <w:rsid w:val="00593811"/>
    <w:rsid w:val="00596ED7"/>
    <w:rsid w:val="005A5C09"/>
    <w:rsid w:val="005A75AB"/>
    <w:rsid w:val="005B032F"/>
    <w:rsid w:val="005B1900"/>
    <w:rsid w:val="005C69A2"/>
    <w:rsid w:val="005D768B"/>
    <w:rsid w:val="005D7E4F"/>
    <w:rsid w:val="005E143F"/>
    <w:rsid w:val="005E608C"/>
    <w:rsid w:val="005F3789"/>
    <w:rsid w:val="005F3DD3"/>
    <w:rsid w:val="005F46E4"/>
    <w:rsid w:val="005F6376"/>
    <w:rsid w:val="00600C62"/>
    <w:rsid w:val="00611165"/>
    <w:rsid w:val="00614E93"/>
    <w:rsid w:val="00615A63"/>
    <w:rsid w:val="006215C2"/>
    <w:rsid w:val="0062376C"/>
    <w:rsid w:val="00633CE2"/>
    <w:rsid w:val="006364DC"/>
    <w:rsid w:val="0064034A"/>
    <w:rsid w:val="00643A80"/>
    <w:rsid w:val="00651BC6"/>
    <w:rsid w:val="00651C0A"/>
    <w:rsid w:val="0065310B"/>
    <w:rsid w:val="00667FA0"/>
    <w:rsid w:val="00670294"/>
    <w:rsid w:val="006736F3"/>
    <w:rsid w:val="006961E0"/>
    <w:rsid w:val="006A3001"/>
    <w:rsid w:val="006A36D0"/>
    <w:rsid w:val="006A4039"/>
    <w:rsid w:val="006B2827"/>
    <w:rsid w:val="006B481A"/>
    <w:rsid w:val="006B4FEB"/>
    <w:rsid w:val="006B6F00"/>
    <w:rsid w:val="006C1EFD"/>
    <w:rsid w:val="006C3696"/>
    <w:rsid w:val="006C6BA5"/>
    <w:rsid w:val="006D324D"/>
    <w:rsid w:val="006E1717"/>
    <w:rsid w:val="006E1871"/>
    <w:rsid w:val="006F01A2"/>
    <w:rsid w:val="006F6CC7"/>
    <w:rsid w:val="007034FA"/>
    <w:rsid w:val="00707CFB"/>
    <w:rsid w:val="007108F5"/>
    <w:rsid w:val="00730ECE"/>
    <w:rsid w:val="0073272C"/>
    <w:rsid w:val="007338AD"/>
    <w:rsid w:val="0074068D"/>
    <w:rsid w:val="007419EE"/>
    <w:rsid w:val="00777115"/>
    <w:rsid w:val="00777847"/>
    <w:rsid w:val="00790975"/>
    <w:rsid w:val="0079241E"/>
    <w:rsid w:val="007932D6"/>
    <w:rsid w:val="00794F85"/>
    <w:rsid w:val="007A0570"/>
    <w:rsid w:val="007B46A1"/>
    <w:rsid w:val="007C2A9D"/>
    <w:rsid w:val="007D43C5"/>
    <w:rsid w:val="007D5501"/>
    <w:rsid w:val="007E4D18"/>
    <w:rsid w:val="00804482"/>
    <w:rsid w:val="0081234C"/>
    <w:rsid w:val="00813309"/>
    <w:rsid w:val="008138B1"/>
    <w:rsid w:val="00813F75"/>
    <w:rsid w:val="00824CA0"/>
    <w:rsid w:val="00825A1D"/>
    <w:rsid w:val="00825A5D"/>
    <w:rsid w:val="00827806"/>
    <w:rsid w:val="00840E4E"/>
    <w:rsid w:val="00844D71"/>
    <w:rsid w:val="008501D2"/>
    <w:rsid w:val="00851A7C"/>
    <w:rsid w:val="008578C0"/>
    <w:rsid w:val="008610D4"/>
    <w:rsid w:val="00864E62"/>
    <w:rsid w:val="0087384B"/>
    <w:rsid w:val="008754BB"/>
    <w:rsid w:val="008767CB"/>
    <w:rsid w:val="0088070F"/>
    <w:rsid w:val="00887FBC"/>
    <w:rsid w:val="00897B60"/>
    <w:rsid w:val="008B03ED"/>
    <w:rsid w:val="008B0D50"/>
    <w:rsid w:val="008C0D26"/>
    <w:rsid w:val="008C5F26"/>
    <w:rsid w:val="008D7B21"/>
    <w:rsid w:val="008E4940"/>
    <w:rsid w:val="008E7C45"/>
    <w:rsid w:val="008F4435"/>
    <w:rsid w:val="008F5E28"/>
    <w:rsid w:val="00902FEF"/>
    <w:rsid w:val="0090356B"/>
    <w:rsid w:val="00916317"/>
    <w:rsid w:val="009211ED"/>
    <w:rsid w:val="0092604F"/>
    <w:rsid w:val="00937F52"/>
    <w:rsid w:val="00950000"/>
    <w:rsid w:val="00951F56"/>
    <w:rsid w:val="00952AD2"/>
    <w:rsid w:val="00953860"/>
    <w:rsid w:val="009628B5"/>
    <w:rsid w:val="009632B8"/>
    <w:rsid w:val="00965582"/>
    <w:rsid w:val="00966197"/>
    <w:rsid w:val="0097150F"/>
    <w:rsid w:val="009801A4"/>
    <w:rsid w:val="0098674C"/>
    <w:rsid w:val="0098686F"/>
    <w:rsid w:val="009A0D3D"/>
    <w:rsid w:val="009B3406"/>
    <w:rsid w:val="009B4422"/>
    <w:rsid w:val="009C0D66"/>
    <w:rsid w:val="009D470A"/>
    <w:rsid w:val="009D4E59"/>
    <w:rsid w:val="009E5BD8"/>
    <w:rsid w:val="009F03D8"/>
    <w:rsid w:val="009F0561"/>
    <w:rsid w:val="00A03FA9"/>
    <w:rsid w:val="00A04B20"/>
    <w:rsid w:val="00A06DD1"/>
    <w:rsid w:val="00A1082C"/>
    <w:rsid w:val="00A108EE"/>
    <w:rsid w:val="00A143F0"/>
    <w:rsid w:val="00A20B6B"/>
    <w:rsid w:val="00A21A47"/>
    <w:rsid w:val="00A2255A"/>
    <w:rsid w:val="00A245C1"/>
    <w:rsid w:val="00A32BC7"/>
    <w:rsid w:val="00A358FF"/>
    <w:rsid w:val="00A35CFC"/>
    <w:rsid w:val="00A40346"/>
    <w:rsid w:val="00A44A58"/>
    <w:rsid w:val="00A533ED"/>
    <w:rsid w:val="00A53428"/>
    <w:rsid w:val="00A60562"/>
    <w:rsid w:val="00A60B2C"/>
    <w:rsid w:val="00A65A10"/>
    <w:rsid w:val="00A7119F"/>
    <w:rsid w:val="00A769E2"/>
    <w:rsid w:val="00A83D78"/>
    <w:rsid w:val="00A910A3"/>
    <w:rsid w:val="00A92A67"/>
    <w:rsid w:val="00A94A58"/>
    <w:rsid w:val="00A955CD"/>
    <w:rsid w:val="00AA1C62"/>
    <w:rsid w:val="00AA1D8D"/>
    <w:rsid w:val="00AB30F8"/>
    <w:rsid w:val="00AB3877"/>
    <w:rsid w:val="00AB3C78"/>
    <w:rsid w:val="00AC274D"/>
    <w:rsid w:val="00AD07B1"/>
    <w:rsid w:val="00AD1710"/>
    <w:rsid w:val="00AD4C75"/>
    <w:rsid w:val="00AE43BE"/>
    <w:rsid w:val="00AE4996"/>
    <w:rsid w:val="00AE576D"/>
    <w:rsid w:val="00AF2C9E"/>
    <w:rsid w:val="00AF4A48"/>
    <w:rsid w:val="00AF7DFA"/>
    <w:rsid w:val="00B10DCF"/>
    <w:rsid w:val="00B15794"/>
    <w:rsid w:val="00B173B6"/>
    <w:rsid w:val="00B21262"/>
    <w:rsid w:val="00B30B14"/>
    <w:rsid w:val="00B31862"/>
    <w:rsid w:val="00B33548"/>
    <w:rsid w:val="00B34B6C"/>
    <w:rsid w:val="00B47730"/>
    <w:rsid w:val="00B6073E"/>
    <w:rsid w:val="00B64C20"/>
    <w:rsid w:val="00B70BEB"/>
    <w:rsid w:val="00B76527"/>
    <w:rsid w:val="00B77A8C"/>
    <w:rsid w:val="00B81CAE"/>
    <w:rsid w:val="00BA41E7"/>
    <w:rsid w:val="00BA7F19"/>
    <w:rsid w:val="00BB1FCC"/>
    <w:rsid w:val="00BB54A9"/>
    <w:rsid w:val="00BC201D"/>
    <w:rsid w:val="00BD0D91"/>
    <w:rsid w:val="00BD29CF"/>
    <w:rsid w:val="00BD6A00"/>
    <w:rsid w:val="00BE2E77"/>
    <w:rsid w:val="00BE721D"/>
    <w:rsid w:val="00BF2415"/>
    <w:rsid w:val="00C01ABC"/>
    <w:rsid w:val="00C02EBD"/>
    <w:rsid w:val="00C040D7"/>
    <w:rsid w:val="00C053DB"/>
    <w:rsid w:val="00C0552C"/>
    <w:rsid w:val="00C14AAB"/>
    <w:rsid w:val="00C15234"/>
    <w:rsid w:val="00C15B7C"/>
    <w:rsid w:val="00C24FB8"/>
    <w:rsid w:val="00C4303D"/>
    <w:rsid w:val="00C45153"/>
    <w:rsid w:val="00C50265"/>
    <w:rsid w:val="00C50CD8"/>
    <w:rsid w:val="00C50E96"/>
    <w:rsid w:val="00C60E15"/>
    <w:rsid w:val="00C6140E"/>
    <w:rsid w:val="00C63162"/>
    <w:rsid w:val="00C6597C"/>
    <w:rsid w:val="00C72348"/>
    <w:rsid w:val="00C7578F"/>
    <w:rsid w:val="00C77097"/>
    <w:rsid w:val="00C93638"/>
    <w:rsid w:val="00C947EE"/>
    <w:rsid w:val="00C97E1F"/>
    <w:rsid w:val="00C97FB9"/>
    <w:rsid w:val="00CB0664"/>
    <w:rsid w:val="00CB4F2C"/>
    <w:rsid w:val="00CC2C1D"/>
    <w:rsid w:val="00CC2E32"/>
    <w:rsid w:val="00CC7577"/>
    <w:rsid w:val="00CC7A37"/>
    <w:rsid w:val="00CF6DAA"/>
    <w:rsid w:val="00D217AF"/>
    <w:rsid w:val="00D255CB"/>
    <w:rsid w:val="00D267D8"/>
    <w:rsid w:val="00D30662"/>
    <w:rsid w:val="00D3496C"/>
    <w:rsid w:val="00D53847"/>
    <w:rsid w:val="00D57255"/>
    <w:rsid w:val="00D60CC8"/>
    <w:rsid w:val="00D671AE"/>
    <w:rsid w:val="00D731D3"/>
    <w:rsid w:val="00D77D09"/>
    <w:rsid w:val="00D822FD"/>
    <w:rsid w:val="00D83ED2"/>
    <w:rsid w:val="00D91CE3"/>
    <w:rsid w:val="00DA3B3B"/>
    <w:rsid w:val="00DB08A4"/>
    <w:rsid w:val="00DB3168"/>
    <w:rsid w:val="00DC0ECD"/>
    <w:rsid w:val="00DC27EF"/>
    <w:rsid w:val="00DC6A48"/>
    <w:rsid w:val="00DD1AB9"/>
    <w:rsid w:val="00DD3A64"/>
    <w:rsid w:val="00DE2937"/>
    <w:rsid w:val="00DE3EC2"/>
    <w:rsid w:val="00E149FC"/>
    <w:rsid w:val="00E16759"/>
    <w:rsid w:val="00E167CB"/>
    <w:rsid w:val="00E17521"/>
    <w:rsid w:val="00E214B4"/>
    <w:rsid w:val="00E216A4"/>
    <w:rsid w:val="00E26916"/>
    <w:rsid w:val="00E31FF1"/>
    <w:rsid w:val="00E40ACF"/>
    <w:rsid w:val="00E43906"/>
    <w:rsid w:val="00E51173"/>
    <w:rsid w:val="00E53687"/>
    <w:rsid w:val="00E55C8F"/>
    <w:rsid w:val="00E56924"/>
    <w:rsid w:val="00E61905"/>
    <w:rsid w:val="00E6278E"/>
    <w:rsid w:val="00E6392E"/>
    <w:rsid w:val="00E63D01"/>
    <w:rsid w:val="00E66088"/>
    <w:rsid w:val="00E71136"/>
    <w:rsid w:val="00E81E97"/>
    <w:rsid w:val="00E847B0"/>
    <w:rsid w:val="00E91E18"/>
    <w:rsid w:val="00E93CED"/>
    <w:rsid w:val="00EA1807"/>
    <w:rsid w:val="00ED258F"/>
    <w:rsid w:val="00EE1970"/>
    <w:rsid w:val="00EE22D3"/>
    <w:rsid w:val="00EE25B7"/>
    <w:rsid w:val="00EE4694"/>
    <w:rsid w:val="00EE4D02"/>
    <w:rsid w:val="00EF2BCA"/>
    <w:rsid w:val="00EF6CC8"/>
    <w:rsid w:val="00F013AF"/>
    <w:rsid w:val="00F01865"/>
    <w:rsid w:val="00F05AEB"/>
    <w:rsid w:val="00F06BC0"/>
    <w:rsid w:val="00F11730"/>
    <w:rsid w:val="00F22CFB"/>
    <w:rsid w:val="00F256A3"/>
    <w:rsid w:val="00F269D6"/>
    <w:rsid w:val="00F37ACF"/>
    <w:rsid w:val="00F4305D"/>
    <w:rsid w:val="00F44C0D"/>
    <w:rsid w:val="00F46D28"/>
    <w:rsid w:val="00F504A8"/>
    <w:rsid w:val="00F53EB2"/>
    <w:rsid w:val="00F6251B"/>
    <w:rsid w:val="00F65852"/>
    <w:rsid w:val="00F66C6E"/>
    <w:rsid w:val="00F67226"/>
    <w:rsid w:val="00F76B6A"/>
    <w:rsid w:val="00FB1873"/>
    <w:rsid w:val="00FB4E86"/>
    <w:rsid w:val="00FC4436"/>
    <w:rsid w:val="00FC693F"/>
    <w:rsid w:val="00FD54B6"/>
    <w:rsid w:val="00FD7A29"/>
    <w:rsid w:val="00FE5EEE"/>
    <w:rsid w:val="00FE7273"/>
    <w:rsid w:val="034F5BF2"/>
    <w:rsid w:val="249C27F0"/>
    <w:rsid w:val="2A651D10"/>
    <w:rsid w:val="3110711C"/>
    <w:rsid w:val="3F5FEB2F"/>
    <w:rsid w:val="57E81EA7"/>
    <w:rsid w:val="7CC19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531182"/>
  <w14:defaultImageDpi w14:val="300"/>
  <w15:docId w15:val="{0AE1FD24-B4E6-48B7-8F99-1A9862F4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B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E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C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C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3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qagoke-my.sharepoint.com/:f:/r/personal/qualificationsconference_knqa_go_ke/Documents/SUB-THEMES/QUALITY%20ASSURANCE%20AND%20RELEVANCE?csf=1&amp;web=1&amp;e=vxXIl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4024</Characters>
  <Application>Microsoft Office Word</Application>
  <DocSecurity>0</DocSecurity>
  <Lines>55</Lines>
  <Paragraphs>11</Paragraphs>
  <ScaleCrop>false</ScaleCrop>
  <Manager/>
  <Company/>
  <LinksUpToDate>false</LinksUpToDate>
  <CharactersWithSpaces>4613</CharactersWithSpaces>
  <SharedDoc>false</SharedDoc>
  <HyperlinkBase/>
  <HLinks>
    <vt:vector size="48" baseType="variant">
      <vt:variant>
        <vt:i4>327776</vt:i4>
      </vt:variant>
      <vt:variant>
        <vt:i4>18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https://knqagoke-my.sharepoint.com/:f:/r/personal/qualificationsconference_knqa_go_ke/Documents/SUB-THEMES/QUALITY ASSURANCE AND RELEVANCE?csf=1&amp;web=1&amp;e=vxXIlc</vt:lpwstr>
      </vt:variant>
      <vt:variant>
        <vt:lpwstr/>
      </vt:variant>
      <vt:variant>
        <vt:i4>1966180</vt:i4>
      </vt:variant>
      <vt:variant>
        <vt:i4>15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https://knqagoke-my.sharepoint.com/:f:/r/personal/qualificationsconference_knqa_go_ke/Documents/SUB-THEMES/DIGITAL TRANSFORMATION, DATA SYSTEMS, AND THE NATIONAL QUALIFICATIONS REGISTER?csf=1&amp;web=1&amp;e=7yw7X8</vt:lpwstr>
      </vt:variant>
      <vt:variant>
        <vt:lpwstr/>
      </vt:variant>
      <vt:variant>
        <vt:i4>4456500</vt:i4>
      </vt:variant>
      <vt:variant>
        <vt:i4>12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DEVELOPMENT?csf=1&amp;web=1&amp;e=OU7tkj</vt:lpwstr>
      </vt:variant>
      <vt:variant>
        <vt:lpwstr/>
      </vt:variant>
      <vt:variant>
        <vt:i4>8126539</vt:i4>
      </vt:variant>
      <vt:variant>
        <vt:i4>9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https://knqagoke-my.sharepoint.com/:f:/r/personal/qualificationsconference_knqa_go_ke/Documents/SUB-THEMES/EMERGING TRENDS IN THE QUALIFICATIONS AWARDING SYSTEM?csf=1&amp;web=1&amp;e=MXHdJs</vt:lpwstr>
      </vt:variant>
      <vt:variant>
        <vt:lpwstr/>
      </vt:variant>
      <vt:variant>
        <vt:i4>6488131</vt:i4>
      </vt:variant>
      <vt:variant>
        <vt:i4>6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https://knqagoke-my.sharepoint.com/:f:/r/personal/qualificationsconference_knqa_go_ke/Documents/SUB-THEMES/LIFELONG LEARNING PATHWAYS AND RECOGNITION OF QUALIFICATIONS?csf=1&amp;web=1&amp;e=oaKVfe</vt:lpwstr>
      </vt:variant>
      <vt:variant>
        <vt:lpwstr/>
      </vt:variant>
      <vt:variant>
        <vt:i4>917560</vt:i4>
      </vt:variant>
      <vt:variant>
        <vt:i4>3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DEVELOPMENT?csf=1&amp;web=1&amp;e=zttYwg</vt:lpwstr>
      </vt:variant>
      <vt:variant>
        <vt:lpwstr/>
      </vt:variant>
      <vt:variant>
        <vt:i4>3276807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https://knqagoke-my.sharepoint.com/:f:/r/personal/qualificationsconference_knqa_go_ke/Documents/SUB-THEMES/KNQF Implementation - GOVERNANCE, POLICY AND PRACTICE?csf=1&amp;web=1&amp;e=iwpISj</vt:lpwstr>
      </vt:variant>
      <vt:variant>
        <vt:lpwstr/>
      </vt:variant>
      <vt:variant>
        <vt:i4>5832756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https://knqagoke-my.sharepoint.com/:w:/g/personal/kipruto_tallam_knqa_go_ke/IQDpT5VyOvsfRZ36ZJZLb3WsASIc9Nn1aFXi_paHw2lFlrY?e=mGEQd0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Kipruto  Tallam</cp:lastModifiedBy>
  <cp:revision>8</cp:revision>
  <dcterms:created xsi:type="dcterms:W3CDTF">2026-05-06T17:27:00Z</dcterms:created>
  <dcterms:modified xsi:type="dcterms:W3CDTF">2026-05-08T13:40:00Z</dcterms:modified>
  <cp:category/>
</cp:coreProperties>
</file>